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80252" w14:textId="139346F9" w:rsidR="00C670F1" w:rsidRDefault="00027830">
      <w:pPr>
        <w:pStyle w:val="Title"/>
      </w:pPr>
      <w:r>
        <w:t>Scholarship</w:t>
      </w:r>
    </w:p>
    <w:p w14:paraId="136DD64A" w14:textId="77777777" w:rsidR="00C670F1" w:rsidRDefault="00146FA2">
      <w:pPr>
        <w:pStyle w:val="Heading1"/>
      </w:pPr>
      <w:r>
        <w:t>2026–2027 Scholarship Application</w:t>
      </w:r>
    </w:p>
    <w:p w14:paraId="77C287D5" w14:textId="77777777" w:rsidR="00C670F1" w:rsidRDefault="00146FA2">
      <w:pPr>
        <w:pStyle w:val="Heading2"/>
      </w:pPr>
      <w:r>
        <w:t>Application Checklist</w:t>
      </w:r>
    </w:p>
    <w:p w14:paraId="7CE1E3FF" w14:textId="77777777" w:rsidR="00C670F1" w:rsidRDefault="00146FA2">
      <w:r>
        <w:t>• Completed application form</w:t>
      </w:r>
    </w:p>
    <w:p w14:paraId="00F4A3F4" w14:textId="77777777" w:rsidR="00C670F1" w:rsidRDefault="00146FA2">
      <w:r>
        <w:t>• Essay (500 words or less)</w:t>
      </w:r>
    </w:p>
    <w:p w14:paraId="444273EC" w14:textId="77777777" w:rsidR="00C670F1" w:rsidRDefault="00146FA2">
      <w:r>
        <w:t>• Sponsorship letter from an active AMPP South Texas Chapter member</w:t>
      </w:r>
    </w:p>
    <w:p w14:paraId="44660BFD" w14:textId="77777777" w:rsidR="00C670F1" w:rsidRDefault="00146FA2">
      <w:r>
        <w:t>• Proof of college/trade school acceptance or current enrollment</w:t>
      </w:r>
    </w:p>
    <w:p w14:paraId="19E6B364" w14:textId="77777777" w:rsidR="00C670F1" w:rsidRDefault="00146FA2">
      <w:r>
        <w:t>• Current unofficial transcript</w:t>
      </w:r>
    </w:p>
    <w:p w14:paraId="427CCBEF" w14:textId="77777777" w:rsidR="00C670F1" w:rsidRDefault="00146FA2">
      <w:r>
        <w:t>• SAT/ACT scores (High School applicants only)</w:t>
      </w:r>
    </w:p>
    <w:p w14:paraId="48A86A0A" w14:textId="77777777" w:rsidR="00C670F1" w:rsidRDefault="00146FA2">
      <w:pPr>
        <w:pStyle w:val="Heading2"/>
      </w:pPr>
      <w:r>
        <w:t>Eligibility Requirements</w:t>
      </w:r>
    </w:p>
    <w:p w14:paraId="7FF8CFC8" w14:textId="77777777" w:rsidR="00C670F1" w:rsidRDefault="00146FA2">
      <w:r>
        <w:t>• Applicant must be sponsored by an active AMPP South Texas Chapter member.</w:t>
      </w:r>
    </w:p>
    <w:p w14:paraId="074816CF" w14:textId="77777777" w:rsidR="00C670F1" w:rsidRDefault="00146FA2">
      <w:r>
        <w:t>• Sponsor must be current with AMPP membership dues.</w:t>
      </w:r>
    </w:p>
    <w:p w14:paraId="739FAD15" w14:textId="77777777" w:rsidR="00C670F1" w:rsidRDefault="00146FA2">
      <w:r>
        <w:t>• A sponsor may sponsor only one applicant and may not sponsor themselves.</w:t>
      </w:r>
    </w:p>
    <w:p w14:paraId="4FBFED13" w14:textId="77777777" w:rsidR="00C670F1" w:rsidRDefault="00146FA2">
      <w:pPr>
        <w:pStyle w:val="Heading2"/>
      </w:pPr>
      <w:r>
        <w:t>Required Application Materials</w:t>
      </w:r>
    </w:p>
    <w:p w14:paraId="10F6C1DB" w14:textId="77777777" w:rsidR="00C670F1" w:rsidRDefault="00146FA2">
      <w:pPr>
        <w:pStyle w:val="Heading3"/>
      </w:pPr>
      <w:r>
        <w:t>High School Applicants</w:t>
      </w:r>
    </w:p>
    <w:p w14:paraId="65779AC4" w14:textId="77777777" w:rsidR="00C670F1" w:rsidRDefault="00146FA2">
      <w:r>
        <w:t>• Proof of acceptance to a college, university, or trade school</w:t>
      </w:r>
    </w:p>
    <w:p w14:paraId="3879317D" w14:textId="77777777" w:rsidR="00C670F1" w:rsidRDefault="00146FA2">
      <w:r>
        <w:t>• Copy of SAT and/or ACT scores</w:t>
      </w:r>
    </w:p>
    <w:p w14:paraId="1C6C4B8C" w14:textId="77777777" w:rsidR="00C670F1" w:rsidRDefault="00146FA2">
      <w:r>
        <w:t>• Copy of current high school transcript (unofficial transcripts accepted if verifiable)</w:t>
      </w:r>
    </w:p>
    <w:p w14:paraId="019B0A1D" w14:textId="77777777" w:rsidR="00C670F1" w:rsidRDefault="00146FA2">
      <w:pPr>
        <w:pStyle w:val="Heading3"/>
      </w:pPr>
      <w:r>
        <w:t>Current College Applicants</w:t>
      </w:r>
    </w:p>
    <w:p w14:paraId="33DF9C41" w14:textId="77777777" w:rsidR="00C670F1" w:rsidRDefault="00146FA2">
      <w:r>
        <w:t>• Proof of current enrollment including Spring course schedule</w:t>
      </w:r>
    </w:p>
    <w:p w14:paraId="247A396A" w14:textId="192362E1" w:rsidR="00C670F1" w:rsidRDefault="00146FA2">
      <w:r>
        <w:t>• Copy of current collegiate transcript including previous semester grades (unofficial accepted if verifiable)</w:t>
      </w:r>
      <w:r w:rsidR="00920390">
        <w:br/>
      </w:r>
      <w:r w:rsidR="00920390">
        <w:br/>
      </w:r>
    </w:p>
    <w:p w14:paraId="7FF967A4" w14:textId="77777777" w:rsidR="00C670F1" w:rsidRDefault="00146FA2">
      <w:pPr>
        <w:pStyle w:val="Heading3"/>
      </w:pPr>
      <w:r>
        <w:lastRenderedPageBreak/>
        <w:t>All Applicants</w:t>
      </w:r>
    </w:p>
    <w:p w14:paraId="1E09F5C1" w14:textId="77777777" w:rsidR="00C670F1" w:rsidRDefault="00146FA2">
      <w:r>
        <w:t>• Sponsorship letter including AMPP member number, address, phone number, and original signature</w:t>
      </w:r>
    </w:p>
    <w:p w14:paraId="7F25B005" w14:textId="77777777" w:rsidR="00C670F1" w:rsidRDefault="00146FA2">
      <w:r>
        <w:t>• Completed application form</w:t>
      </w:r>
    </w:p>
    <w:p w14:paraId="63DEB7E2" w14:textId="77777777" w:rsidR="00C670F1" w:rsidRDefault="00146FA2">
      <w:r>
        <w:t>• Optional academic reference</w:t>
      </w:r>
    </w:p>
    <w:p w14:paraId="724153E8" w14:textId="77777777" w:rsidR="00C670F1" w:rsidRDefault="00146FA2">
      <w:r>
        <w:t>• Optional personal reference</w:t>
      </w:r>
    </w:p>
    <w:p w14:paraId="4F3CE052" w14:textId="77777777" w:rsidR="00C670F1" w:rsidRDefault="00146FA2">
      <w:r>
        <w:t>• Essay (500 words or less) describing career goals and why you should receive the scholarship</w:t>
      </w:r>
    </w:p>
    <w:p w14:paraId="6D767923" w14:textId="77777777" w:rsidR="00C670F1" w:rsidRDefault="00146FA2">
      <w:pPr>
        <w:pStyle w:val="Heading2"/>
      </w:pPr>
      <w:r>
        <w:t>Application Deadline</w:t>
      </w:r>
    </w:p>
    <w:p w14:paraId="75121B43" w14:textId="77777777" w:rsidR="00C670F1" w:rsidRDefault="00146FA2">
      <w:r>
        <w:t>Applications must be postmarked by June 20, 2026.</w:t>
      </w:r>
    </w:p>
    <w:p w14:paraId="52ACDABD" w14:textId="77777777" w:rsidR="00C670F1" w:rsidRDefault="00146FA2">
      <w:r>
        <w:t>Submit applications by mail to:</w:t>
      </w:r>
    </w:p>
    <w:p w14:paraId="4C50792C" w14:textId="77777777" w:rsidR="00C670F1" w:rsidRDefault="00146FA2">
      <w:r>
        <w:t>AMPP South Texas Chapter</w:t>
      </w:r>
    </w:p>
    <w:p w14:paraId="46457822" w14:textId="77777777" w:rsidR="00C670F1" w:rsidRDefault="00146FA2">
      <w:r>
        <w:t>Scholarship Selection Committee</w:t>
      </w:r>
    </w:p>
    <w:p w14:paraId="721E8072" w14:textId="77777777" w:rsidR="00C670F1" w:rsidRDefault="00146FA2">
      <w:r>
        <w:t>PO Box 9722</w:t>
      </w:r>
    </w:p>
    <w:p w14:paraId="17329C4A" w14:textId="77777777" w:rsidR="00C670F1" w:rsidRDefault="00146FA2">
      <w:r>
        <w:t>Corpus Christi, TX 78469</w:t>
      </w:r>
    </w:p>
    <w:p w14:paraId="0BA27490" w14:textId="77777777" w:rsidR="00C670F1" w:rsidRDefault="00146FA2">
      <w:pPr>
        <w:pStyle w:val="Heading2"/>
      </w:pPr>
      <w:r>
        <w:t>Scholarship Terms</w:t>
      </w:r>
    </w:p>
    <w:p w14:paraId="725E7C32" w14:textId="77777777" w:rsidR="00C670F1" w:rsidRDefault="00146FA2">
      <w:r>
        <w:t>• Scholarship funds must be returned if they are not used.</w:t>
      </w:r>
    </w:p>
    <w:p w14:paraId="2DCF79BC" w14:textId="77777777" w:rsidR="00C670F1" w:rsidRDefault="00146FA2">
      <w:r>
        <w:t>• Scholarship awards are split between Fall and Spring semesters.</w:t>
      </w:r>
    </w:p>
    <w:p w14:paraId="0B7DE69C" w14:textId="77777777" w:rsidR="00C670F1" w:rsidRDefault="00146FA2">
      <w:r>
        <w:t>• Funds are paid directly to the accredited school.</w:t>
      </w:r>
    </w:p>
    <w:p w14:paraId="7804A2D2" w14:textId="77777777" w:rsidR="00C670F1" w:rsidRDefault="00146FA2">
      <w:r>
        <w:t>• All funds must be used by Summer 2027.</w:t>
      </w:r>
    </w:p>
    <w:p w14:paraId="64E73C50" w14:textId="77777777" w:rsidR="00C670F1" w:rsidRDefault="00146FA2">
      <w:pPr>
        <w:pStyle w:val="Heading2"/>
      </w:pPr>
      <w:r>
        <w:t>Academic Requirements</w:t>
      </w:r>
    </w:p>
    <w:p w14:paraId="1601A3CE" w14:textId="77777777" w:rsidR="00C670F1" w:rsidRDefault="00146FA2">
      <w:r>
        <w:t>• Recipients must maintain a minimum cumulative GPA of 2.75.</w:t>
      </w:r>
    </w:p>
    <w:p w14:paraId="57F5C809" w14:textId="77777777" w:rsidR="00C670F1" w:rsidRDefault="00146FA2">
      <w:r>
        <w:t>• Recipients must maintain a minimum semester GPA of 2.75 each semester.</w:t>
      </w:r>
    </w:p>
    <w:p w14:paraId="0B07F5F0" w14:textId="77777777" w:rsidR="00C670F1" w:rsidRDefault="00146FA2">
      <w:r>
        <w:t>• Recipients must submit an unofficial transcript each semester to verify GPA compliance.</w:t>
      </w:r>
    </w:p>
    <w:p w14:paraId="4B72A48B" w14:textId="7D95194B" w:rsidR="00C670F1" w:rsidRDefault="00146FA2">
      <w:r>
        <w:t>• Students must be enrolled full-time (12 hours undergraduate / 9 hours graduate).</w:t>
      </w:r>
      <w:r w:rsidR="00920390">
        <w:br/>
      </w:r>
    </w:p>
    <w:p w14:paraId="081F56B8" w14:textId="77777777" w:rsidR="00C670F1" w:rsidRDefault="00146FA2">
      <w:pPr>
        <w:pStyle w:val="Heading2"/>
      </w:pPr>
      <w:r>
        <w:lastRenderedPageBreak/>
        <w:t>Scholarship Verification Deadlines</w:t>
      </w:r>
    </w:p>
    <w:p w14:paraId="354E8BBD" w14:textId="77777777" w:rsidR="00C670F1" w:rsidRDefault="00146FA2">
      <w:r>
        <w:t>First Payment Verification Deadline: September 15, 2026</w:t>
      </w:r>
    </w:p>
    <w:p w14:paraId="2153A2A9" w14:textId="77777777" w:rsidR="00C670F1" w:rsidRDefault="00146FA2">
      <w:r>
        <w:t>Second Payment Verification Deadline: January 19, 2027</w:t>
      </w:r>
    </w:p>
    <w:p w14:paraId="2093EE6F" w14:textId="77777777" w:rsidR="00C670F1" w:rsidRDefault="00146FA2">
      <w:pPr>
        <w:pStyle w:val="Heading2"/>
      </w:pPr>
      <w:r>
        <w:t>Applicant Information</w:t>
      </w:r>
    </w:p>
    <w:p w14:paraId="662EE546" w14:textId="77777777" w:rsidR="00C670F1" w:rsidRDefault="00146FA2">
      <w:r>
        <w:t>Applicant Name: ______________________________</w:t>
      </w:r>
    </w:p>
    <w:p w14:paraId="301E9D2D" w14:textId="77777777" w:rsidR="00C670F1" w:rsidRDefault="00146FA2">
      <w:r>
        <w:t>Email Address: ______________________________</w:t>
      </w:r>
    </w:p>
    <w:p w14:paraId="21808CA9" w14:textId="77777777" w:rsidR="00C670F1" w:rsidRDefault="00146FA2">
      <w:r>
        <w:t>Phone Number: ______________________________</w:t>
      </w:r>
    </w:p>
    <w:p w14:paraId="5BA0E38B" w14:textId="77777777" w:rsidR="00C670F1" w:rsidRDefault="00146FA2">
      <w:r>
        <w:t>Permanent Address: ______________________________</w:t>
      </w:r>
    </w:p>
    <w:p w14:paraId="46463585" w14:textId="77777777" w:rsidR="00C670F1" w:rsidRDefault="00146FA2">
      <w:r>
        <w:t>School Attending: ______________________________</w:t>
      </w:r>
    </w:p>
    <w:p w14:paraId="0E8009FC" w14:textId="77777777" w:rsidR="00C670F1" w:rsidRDefault="00146FA2">
      <w:r>
        <w:t>Major: ______________________________</w:t>
      </w:r>
    </w:p>
    <w:p w14:paraId="610BB3C7" w14:textId="77777777" w:rsidR="00C670F1" w:rsidRDefault="00146FA2">
      <w:r>
        <w:t>Expected Graduation Date: ______________________________</w:t>
      </w:r>
    </w:p>
    <w:p w14:paraId="18FCD215" w14:textId="77777777" w:rsidR="00C670F1" w:rsidRDefault="00146FA2">
      <w:r>
        <w:t>Student ID Number: ______________________________</w:t>
      </w:r>
    </w:p>
    <w:p w14:paraId="36141B9D" w14:textId="77777777" w:rsidR="00C670F1" w:rsidRDefault="00146FA2">
      <w:pPr>
        <w:pStyle w:val="Heading2"/>
      </w:pPr>
      <w:r>
        <w:t>School External Scholarship Address</w:t>
      </w:r>
    </w:p>
    <w:p w14:paraId="3C74216A" w14:textId="77777777" w:rsidR="00C670F1" w:rsidRDefault="00146FA2">
      <w:r>
        <w:t>School Name: ______________________________</w:t>
      </w:r>
    </w:p>
    <w:p w14:paraId="4E32AF02" w14:textId="77777777" w:rsidR="00C670F1" w:rsidRDefault="00146FA2">
      <w:r>
        <w:t>External Scholarship Office / Financial Aid Office: ______________________________</w:t>
      </w:r>
    </w:p>
    <w:p w14:paraId="0970AEDB" w14:textId="77777777" w:rsidR="00C670F1" w:rsidRDefault="00146FA2">
      <w:r>
        <w:t>Mailing Address: ______________________________</w:t>
      </w:r>
    </w:p>
    <w:p w14:paraId="42F0B3D7" w14:textId="77777777" w:rsidR="00C670F1" w:rsidRDefault="00146FA2">
      <w:r>
        <w:t>City / State / Zip: ______________________________</w:t>
      </w:r>
    </w:p>
    <w:p w14:paraId="2730265C" w14:textId="77777777" w:rsidR="00C670F1" w:rsidRDefault="00146FA2">
      <w:pPr>
        <w:pStyle w:val="Heading2"/>
      </w:pPr>
      <w:r>
        <w:t>Sponsor Information</w:t>
      </w:r>
    </w:p>
    <w:p w14:paraId="7D3C566F" w14:textId="77777777" w:rsidR="00C670F1" w:rsidRDefault="00146FA2">
      <w:r>
        <w:t>Sponsor Name: ______________________________</w:t>
      </w:r>
    </w:p>
    <w:p w14:paraId="0ECCD750" w14:textId="77777777" w:rsidR="00C670F1" w:rsidRDefault="00146FA2">
      <w:r>
        <w:t>AMPP Member Number: ______________________________</w:t>
      </w:r>
    </w:p>
    <w:p w14:paraId="636CDC9F" w14:textId="77777777" w:rsidR="00C670F1" w:rsidRDefault="00146FA2">
      <w:r>
        <w:t>Sponsor Phone: ______________________________</w:t>
      </w:r>
    </w:p>
    <w:p w14:paraId="6258A151" w14:textId="77777777" w:rsidR="00C670F1" w:rsidRDefault="00146FA2">
      <w:r>
        <w:t>Sponsor Email: ______________________________</w:t>
      </w:r>
    </w:p>
    <w:p w14:paraId="7D318D4B" w14:textId="77777777" w:rsidR="00C670F1" w:rsidRDefault="00146FA2">
      <w:pPr>
        <w:pStyle w:val="Heading2"/>
      </w:pPr>
      <w:r>
        <w:t>Signatures</w:t>
      </w:r>
    </w:p>
    <w:p w14:paraId="71067386" w14:textId="77777777" w:rsidR="00C670F1" w:rsidRDefault="00146FA2">
      <w:r>
        <w:t>Applicant Signature: __________________________    Date: __________</w:t>
      </w:r>
    </w:p>
    <w:p w14:paraId="1F8AD07F" w14:textId="77777777" w:rsidR="00C670F1" w:rsidRDefault="00146FA2">
      <w:r>
        <w:t>Parent/Guardian Signature (if under 18): __________________________</w:t>
      </w:r>
    </w:p>
    <w:sectPr w:rsidR="00C670F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498C9" w14:textId="77777777" w:rsidR="00BF28B8" w:rsidRDefault="00BF28B8" w:rsidP="00D669D6">
      <w:pPr>
        <w:spacing w:after="0" w:line="240" w:lineRule="auto"/>
      </w:pPr>
      <w:r>
        <w:separator/>
      </w:r>
    </w:p>
  </w:endnote>
  <w:endnote w:type="continuationSeparator" w:id="0">
    <w:p w14:paraId="0C8D75A9" w14:textId="77777777" w:rsidR="00BF28B8" w:rsidRDefault="00BF28B8" w:rsidP="00D66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0EF22" w14:textId="77777777" w:rsidR="00BF28B8" w:rsidRDefault="00BF28B8" w:rsidP="00D669D6">
      <w:pPr>
        <w:spacing w:after="0" w:line="240" w:lineRule="auto"/>
      </w:pPr>
      <w:r>
        <w:separator/>
      </w:r>
    </w:p>
  </w:footnote>
  <w:footnote w:type="continuationSeparator" w:id="0">
    <w:p w14:paraId="77CE2A7D" w14:textId="77777777" w:rsidR="00BF28B8" w:rsidRDefault="00BF28B8" w:rsidP="00D66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BF505" w14:textId="7D60810E" w:rsidR="00027830" w:rsidRDefault="00027830">
    <w:pPr>
      <w:pStyle w:val="Header"/>
    </w:pPr>
    <w:r w:rsidRPr="008A3FC4">
      <w:rPr>
        <w:noProof/>
      </w:rPr>
      <w:drawing>
        <wp:inline distT="0" distB="0" distL="0" distR="0" wp14:anchorId="01B39BEE" wp14:editId="6271AC09">
          <wp:extent cx="3476625" cy="714375"/>
          <wp:effectExtent l="0" t="0" r="0" b="0"/>
          <wp:docPr id="1" name="Picture 1" descr="C:\Users\Saenz\Documents\Dad\NACE 1\Logos\AMPP_Chapter_South-Texas_Logo_horizon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enz\Documents\Dad\NACE 1\Logos\AMPP_Chapter_South-Texas_Logo_horizont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057" t="35370" r="19612" b="37222"/>
                  <a:stretch>
                    <a:fillRect/>
                  </a:stretch>
                </pic:blipFill>
                <pic:spPr bwMode="auto">
                  <a:xfrm>
                    <a:off x="0" y="0"/>
                    <a:ext cx="34766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07A773" w14:textId="77777777" w:rsidR="00D669D6" w:rsidRDefault="00D669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7417217">
    <w:abstractNumId w:val="8"/>
  </w:num>
  <w:num w:numId="2" w16cid:durableId="1010597397">
    <w:abstractNumId w:val="6"/>
  </w:num>
  <w:num w:numId="3" w16cid:durableId="613361676">
    <w:abstractNumId w:val="5"/>
  </w:num>
  <w:num w:numId="4" w16cid:durableId="1532496077">
    <w:abstractNumId w:val="4"/>
  </w:num>
  <w:num w:numId="5" w16cid:durableId="1296370178">
    <w:abstractNumId w:val="7"/>
  </w:num>
  <w:num w:numId="6" w16cid:durableId="1940335395">
    <w:abstractNumId w:val="3"/>
  </w:num>
  <w:num w:numId="7" w16cid:durableId="1627201057">
    <w:abstractNumId w:val="2"/>
  </w:num>
  <w:num w:numId="8" w16cid:durableId="1784304554">
    <w:abstractNumId w:val="1"/>
  </w:num>
  <w:num w:numId="9" w16cid:durableId="1388383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830"/>
    <w:rsid w:val="00034616"/>
    <w:rsid w:val="0006063C"/>
    <w:rsid w:val="00146FA2"/>
    <w:rsid w:val="0015074B"/>
    <w:rsid w:val="0028163A"/>
    <w:rsid w:val="0029639D"/>
    <w:rsid w:val="00326F90"/>
    <w:rsid w:val="00920390"/>
    <w:rsid w:val="00AA1D8D"/>
    <w:rsid w:val="00AC435F"/>
    <w:rsid w:val="00B47730"/>
    <w:rsid w:val="00B802A3"/>
    <w:rsid w:val="00BD2E2D"/>
    <w:rsid w:val="00BF28B8"/>
    <w:rsid w:val="00C670F1"/>
    <w:rsid w:val="00CB0664"/>
    <w:rsid w:val="00CB11EE"/>
    <w:rsid w:val="00D669D6"/>
    <w:rsid w:val="00E10386"/>
    <w:rsid w:val="00E221FD"/>
    <w:rsid w:val="00ED31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363052"/>
  <w14:defaultImageDpi w14:val="300"/>
  <w15:docId w15:val="{E041881B-7301-4283-9217-40C88B284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01ce67d-13f2-447a-bb65-0989b89dfdb4}" enabled="0" method="" siteId="{101ce67d-13f2-447a-bb65-0989b89dfdb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Cassandra Coleman</cp:lastModifiedBy>
  <cp:revision>2</cp:revision>
  <dcterms:created xsi:type="dcterms:W3CDTF">2026-03-30T15:45:00Z</dcterms:created>
  <dcterms:modified xsi:type="dcterms:W3CDTF">2026-03-30T15:45:00Z</dcterms:modified>
  <cp:category/>
</cp:coreProperties>
</file>